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153E" w:rsidRDefault="00EB5AD8">
      <w:pPr>
        <w:pStyle w:val="Heading1"/>
      </w:pPr>
      <w:bookmarkStart w:id="0" w:name="_GoBack"/>
      <w:bookmarkEnd w:id="0"/>
      <w:r>
        <w:t>Nomination Letter Format (Simple Version)</w:t>
      </w:r>
    </w:p>
    <w:p w:rsidR="00EB5AD8" w:rsidRDefault="00EB5AD8">
      <w:r>
        <w:t>[University Letterhead]</w:t>
      </w:r>
      <w:r>
        <w:br/>
      </w:r>
    </w:p>
    <w:p w:rsidR="0015153E" w:rsidRDefault="00EB5AD8">
      <w:r>
        <w:br/>
        <w:t>Student Exchange Nomination</w:t>
      </w:r>
      <w:r>
        <w:br/>
        <w:t>For TGGS – KMUTNB</w:t>
      </w:r>
      <w:r>
        <w:br/>
      </w:r>
      <w:r>
        <w:br/>
        <w:t>Dear TGGS Academic Affairs Office,</w:t>
      </w:r>
      <w:r>
        <w:br/>
      </w:r>
      <w:r>
        <w:br/>
        <w:t>We would like to nominate the following student to participate in the student exchange program</w:t>
      </w:r>
      <w:r>
        <w:br/>
        <w:t xml:space="preserve">at TGGS – KMUTNB for the </w:t>
      </w:r>
      <w:r w:rsidR="008B20EB">
        <w:t>duration of</w:t>
      </w:r>
      <w:proofErr w:type="gramStart"/>
      <w:r w:rsidR="008B20EB">
        <w:t xml:space="preserve"> </w:t>
      </w:r>
      <w:r w:rsidR="008B20EB">
        <w:rPr>
          <w:u w:val="dotted"/>
        </w:rPr>
        <w:t xml:space="preserve">  </w:t>
      </w:r>
      <w:r w:rsidR="008B20EB" w:rsidRPr="008B20EB">
        <w:rPr>
          <w:u w:val="dotted"/>
        </w:rPr>
        <w:t>(</w:t>
      </w:r>
      <w:proofErr w:type="gramEnd"/>
      <w:r w:rsidR="008B20EB" w:rsidRPr="008B20EB">
        <w:rPr>
          <w:u w:val="dotted"/>
        </w:rPr>
        <w:t>DD/MM/YYYY)</w:t>
      </w:r>
      <w:r w:rsidR="008B20EB">
        <w:rPr>
          <w:u w:val="dotted"/>
        </w:rPr>
        <w:t xml:space="preserve">   </w:t>
      </w:r>
      <w:r w:rsidR="008B20EB">
        <w:t xml:space="preserve"> to</w:t>
      </w:r>
      <w:r w:rsidR="008B20EB" w:rsidRPr="008B20EB">
        <w:rPr>
          <w:u w:val="dotted"/>
        </w:rPr>
        <w:t xml:space="preserve"> </w:t>
      </w:r>
      <w:r w:rsidR="008B20EB">
        <w:rPr>
          <w:u w:val="dotted"/>
        </w:rPr>
        <w:t xml:space="preserve">  </w:t>
      </w:r>
      <w:r w:rsidR="008B20EB" w:rsidRPr="008B20EB">
        <w:rPr>
          <w:u w:val="dotted"/>
        </w:rPr>
        <w:t>(DD/MM/YYYY)</w:t>
      </w:r>
      <w:r w:rsidR="008B20EB">
        <w:rPr>
          <w:u w:val="dotted"/>
        </w:rPr>
        <w:t xml:space="preserve">   </w:t>
      </w:r>
      <w:r w:rsidRPr="008B20EB">
        <w:rPr>
          <w:u w:val="dotted"/>
        </w:rPr>
        <w:t>.</w:t>
      </w:r>
      <w:r>
        <w:br/>
      </w:r>
      <w: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7"/>
        <w:gridCol w:w="2158"/>
        <w:gridCol w:w="2158"/>
        <w:gridCol w:w="2157"/>
      </w:tblGrid>
      <w:tr w:rsidR="0015153E" w:rsidTr="008B20EB">
        <w:tc>
          <w:tcPr>
            <w:tcW w:w="2160" w:type="dxa"/>
          </w:tcPr>
          <w:p w:rsidR="0015153E" w:rsidRDefault="008B20EB">
            <w:r>
              <w:t xml:space="preserve">Student </w:t>
            </w:r>
            <w:r w:rsidR="00EB5AD8">
              <w:t>Name</w:t>
            </w:r>
          </w:p>
        </w:tc>
        <w:tc>
          <w:tcPr>
            <w:tcW w:w="2160" w:type="dxa"/>
          </w:tcPr>
          <w:p w:rsidR="0015153E" w:rsidRDefault="00EB5AD8">
            <w:r>
              <w:t>Home Department / Registration No.</w:t>
            </w:r>
          </w:p>
        </w:tc>
        <w:tc>
          <w:tcPr>
            <w:tcW w:w="2160" w:type="dxa"/>
          </w:tcPr>
          <w:p w:rsidR="0015153E" w:rsidRDefault="00EB5AD8">
            <w:r>
              <w:t>Level of Study / Duration</w:t>
            </w:r>
          </w:p>
        </w:tc>
        <w:tc>
          <w:tcPr>
            <w:tcW w:w="2160" w:type="dxa"/>
          </w:tcPr>
          <w:p w:rsidR="0015153E" w:rsidRDefault="00EB5AD8">
            <w:r>
              <w:t>Email</w:t>
            </w:r>
          </w:p>
        </w:tc>
      </w:tr>
      <w:tr w:rsidR="0015153E" w:rsidTr="008B20EB">
        <w:tc>
          <w:tcPr>
            <w:tcW w:w="2160" w:type="dxa"/>
          </w:tcPr>
          <w:p w:rsidR="0015153E" w:rsidRDefault="00EB5AD8">
            <w:r>
              <w:t xml:space="preserve"> </w:t>
            </w:r>
          </w:p>
        </w:tc>
        <w:tc>
          <w:tcPr>
            <w:tcW w:w="2160" w:type="dxa"/>
          </w:tcPr>
          <w:p w:rsidR="0015153E" w:rsidRDefault="00EB5AD8">
            <w:r>
              <w:t xml:space="preserve"> </w:t>
            </w:r>
          </w:p>
        </w:tc>
        <w:tc>
          <w:tcPr>
            <w:tcW w:w="2160" w:type="dxa"/>
          </w:tcPr>
          <w:p w:rsidR="0015153E" w:rsidRDefault="00EB5AD8">
            <w:r>
              <w:t xml:space="preserve"> </w:t>
            </w:r>
          </w:p>
        </w:tc>
        <w:tc>
          <w:tcPr>
            <w:tcW w:w="2160" w:type="dxa"/>
          </w:tcPr>
          <w:p w:rsidR="0015153E" w:rsidRDefault="00EB5AD8">
            <w:r>
              <w:t xml:space="preserve"> </w:t>
            </w:r>
          </w:p>
        </w:tc>
      </w:tr>
    </w:tbl>
    <w:p w:rsidR="00EB5AD8" w:rsidRDefault="00EB5AD8">
      <w:r>
        <w:br/>
      </w:r>
      <w:r>
        <w:br/>
        <w:t>If you require additional information, please feel free to contact us.</w:t>
      </w:r>
      <w:r>
        <w:br/>
      </w:r>
      <w:r>
        <w:br/>
        <w:t>Yours sincerely,</w:t>
      </w:r>
      <w:r>
        <w:br/>
      </w:r>
      <w:r>
        <w:br/>
        <w:t>____________________________________</w:t>
      </w:r>
    </w:p>
    <w:p w:rsidR="0015153E" w:rsidRDefault="00EB5AD8">
      <w:r>
        <w:br/>
        <w:t>Name: _______________________________</w:t>
      </w:r>
      <w:r>
        <w:br/>
        <w:t>Position: ____________________________</w:t>
      </w:r>
      <w:r>
        <w:br/>
        <w:t>Office/Department: ____________________</w:t>
      </w:r>
      <w:r>
        <w:br/>
        <w:t>University: ___________________________</w:t>
      </w:r>
      <w:r>
        <w:br/>
        <w:t>Email: ________________________________</w:t>
      </w:r>
      <w:r>
        <w:br/>
        <w:t>Phone: ________________________________</w:t>
      </w:r>
      <w:r>
        <w:br/>
        <w:t>(Signature &amp; Stamp)</w:t>
      </w:r>
      <w:r>
        <w:br/>
      </w:r>
    </w:p>
    <w:sectPr w:rsidR="0015153E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FF97151-5EB8-4EF4-8026-FF7ECF8E4108}"/>
    <w:embedBold r:id="rId2" w:fontKey="{42202BE1-4E7F-4C9C-B674-2AAC7ED3A250}"/>
    <w:embedItalic r:id="rId3" w:fontKey="{31A673E3-8BE7-4614-BA6B-0722CDDD3E1D}"/>
    <w:embedBoldItalic r:id="rId4" w:fontKey="{9021EF8B-F6A4-43D1-8BF7-FD750B57984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76442AC4-085E-4355-8678-0A481DACC622}"/>
    <w:embedBold r:id="rId6" w:fontKey="{3F41D56C-6967-4403-88C7-DEC3438D973E}"/>
    <w:embedItalic r:id="rId7" w:fontKey="{6D28659E-024D-4BEA-9AE5-FA24BEF3A703}"/>
    <w:embedBoldItalic r:id="rId8" w:fontKey="{0EE6F497-8906-40A2-8CF3-085131B13F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5C42352-9C83-4A4E-ABE8-7196D013259B}"/>
    <w:embedBold r:id="rId10" w:fontKey="{3F545D73-87B5-48EC-A25A-D534DBCADC5C}"/>
    <w:embedItalic r:id="rId11" w:fontKey="{6C3041C0-1F7E-417D-848D-F1B1E7D32E07}"/>
    <w:embedBoldItalic r:id="rId12" w:fontKey="{D2FF1E08-3FF6-4F62-BF53-22DB5327B16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532F12DF-D854-4AE1-8695-7D063FED9A92}"/>
    <w:embedBold r:id="rId14" w:fontKey="{996F4B42-8410-4984-9355-835053D40733}"/>
    <w:embedItalic r:id="rId15" w:fontKey="{4B8034B8-F68A-412B-92C7-58006179E05D}"/>
    <w:embedBoldItalic r:id="rId16" w:fontKey="{2F75F726-9C03-4C23-94E6-A3EE8E4DB638}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5153E"/>
    <w:rsid w:val="0029639D"/>
    <w:rsid w:val="00326F90"/>
    <w:rsid w:val="008B20EB"/>
    <w:rsid w:val="009D2294"/>
    <w:rsid w:val="00AA1D8D"/>
    <w:rsid w:val="00B47730"/>
    <w:rsid w:val="00CB0664"/>
    <w:rsid w:val="00EB5AD8"/>
    <w:rsid w:val="00F553B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30"/>
  <w15:docId w15:val="{EE466D74-5474-472E-9342-F08820F1E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7A9E33-FE13-427A-8311-DEBAB2CEC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PIYATIDA RAKANGTHONG</cp:lastModifiedBy>
  <cp:revision>2</cp:revision>
  <dcterms:created xsi:type="dcterms:W3CDTF">2026-03-05T03:07:00Z</dcterms:created>
  <dcterms:modified xsi:type="dcterms:W3CDTF">2026-03-05T03:07:00Z</dcterms:modified>
  <cp:category/>
</cp:coreProperties>
</file>